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AB6BD" w14:textId="77777777" w:rsidR="004A32F5" w:rsidRDefault="00000000">
      <w:pPr>
        <w:jc w:val="center"/>
      </w:pPr>
      <w:r>
        <w:rPr>
          <w:b/>
          <w:sz w:val="34"/>
        </w:rPr>
        <w:t>PRILOG 1 – PRIJAVNI OBRAZAC</w:t>
      </w:r>
    </w:p>
    <w:p w14:paraId="2D81646D" w14:textId="22F970C5" w:rsidR="004A32F5" w:rsidRDefault="00000000">
      <w:pPr>
        <w:jc w:val="center"/>
      </w:pPr>
      <w:r>
        <w:rPr>
          <w:b/>
          <w:sz w:val="22"/>
        </w:rPr>
        <w:t>Javni poziv za uključivanje lokalnih proizvođača i ponuđača</w:t>
      </w:r>
      <w:r>
        <w:rPr>
          <w:b/>
          <w:sz w:val="22"/>
        </w:rPr>
        <w:br/>
        <w:t xml:space="preserve">u </w:t>
      </w:r>
      <w:proofErr w:type="spellStart"/>
      <w:r>
        <w:rPr>
          <w:b/>
          <w:sz w:val="22"/>
        </w:rPr>
        <w:t>izložbeno-prodajni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prostor</w:t>
      </w:r>
      <w:proofErr w:type="spellEnd"/>
      <w:r>
        <w:rPr>
          <w:b/>
          <w:sz w:val="22"/>
        </w:rPr>
        <w:t xml:space="preserve"> </w:t>
      </w:r>
      <w:r w:rsidR="00491584">
        <w:rPr>
          <w:b/>
          <w:sz w:val="22"/>
        </w:rPr>
        <w:t xml:space="preserve">GSRP </w:t>
      </w:r>
      <w:proofErr w:type="spellStart"/>
      <w:r>
        <w:rPr>
          <w:b/>
          <w:sz w:val="22"/>
        </w:rPr>
        <w:t>Wellovar</w:t>
      </w:r>
      <w:proofErr w:type="spellEnd"/>
    </w:p>
    <w:p w14:paraId="57F67580" w14:textId="77777777" w:rsidR="004A32F5" w:rsidRDefault="00000000">
      <w:r>
        <w:rPr>
          <w:b/>
        </w:rPr>
        <w:t xml:space="preserve">Uputa za ispunjavanje: </w:t>
      </w:r>
      <w:r>
        <w:t>Molimo ispunite sva polja koja se odnose na Vas i proizvode koje prijavljujete. Podaci iz ovog obrasca koristit će se za provjeru prihvatljivosti i ocjenjivanje prijave prema kriterijima utvrđenima Javnim pozivom. Ako pojedino pitanje nije primjenjivo, označite „nije primjenjivo“ ili navedite „N/P“.</w:t>
      </w:r>
    </w:p>
    <w:p w14:paraId="1A681E40" w14:textId="77777777" w:rsidR="00491584" w:rsidRDefault="00491584">
      <w:pPr>
        <w:pStyle w:val="Naslov1"/>
        <w:spacing w:before="180" w:after="80"/>
      </w:pPr>
    </w:p>
    <w:p w14:paraId="2506896A" w14:textId="605E3D72" w:rsidR="004A32F5" w:rsidRDefault="00000000">
      <w:pPr>
        <w:pStyle w:val="Naslov1"/>
        <w:spacing w:before="180" w:after="80"/>
      </w:pPr>
      <w:r>
        <w:t>1. PODACI O PRIJAVITELJU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4A32F5" w14:paraId="749B3280" w14:textId="77777777"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06D28027" w14:textId="15B00896" w:rsidR="004A32F5" w:rsidRDefault="00000000">
            <w:proofErr w:type="spellStart"/>
            <w:r>
              <w:rPr>
                <w:b/>
                <w:sz w:val="19"/>
              </w:rPr>
              <w:t>Naziv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ime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</w:t>
            </w:r>
            <w:r w:rsidR="00D24DFA">
              <w:rPr>
                <w:b/>
                <w:sz w:val="19"/>
              </w:rPr>
              <w:t>onuđača</w:t>
            </w:r>
            <w:proofErr w:type="spellEnd"/>
          </w:p>
        </w:tc>
        <w:tc>
          <w:tcPr>
            <w:tcW w:w="6236" w:type="dxa"/>
            <w:vAlign w:val="center"/>
          </w:tcPr>
          <w:p w14:paraId="548B0712" w14:textId="77777777" w:rsidR="004A32F5" w:rsidRDefault="004A32F5"/>
        </w:tc>
      </w:tr>
      <w:tr w:rsidR="004A32F5" w14:paraId="4254E1E6" w14:textId="77777777"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00ED4719" w14:textId="77777777" w:rsidR="004A32F5" w:rsidRDefault="00000000">
            <w:r>
              <w:rPr>
                <w:b/>
                <w:sz w:val="19"/>
              </w:rPr>
              <w:t>OIB</w:t>
            </w:r>
          </w:p>
        </w:tc>
        <w:tc>
          <w:tcPr>
            <w:tcW w:w="6236" w:type="dxa"/>
            <w:vAlign w:val="center"/>
          </w:tcPr>
          <w:p w14:paraId="29CD4175" w14:textId="77777777" w:rsidR="004A32F5" w:rsidRDefault="004A32F5"/>
        </w:tc>
      </w:tr>
      <w:tr w:rsidR="004A32F5" w14:paraId="2DEDC6C9" w14:textId="77777777"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4D6B02F7" w14:textId="77777777" w:rsidR="004A32F5" w:rsidRDefault="00000000">
            <w:r>
              <w:rPr>
                <w:b/>
                <w:sz w:val="19"/>
              </w:rPr>
              <w:t>Sjedište / adresa</w:t>
            </w:r>
          </w:p>
        </w:tc>
        <w:tc>
          <w:tcPr>
            <w:tcW w:w="6236" w:type="dxa"/>
            <w:vAlign w:val="center"/>
          </w:tcPr>
          <w:p w14:paraId="1D5DAE20" w14:textId="77777777" w:rsidR="004A32F5" w:rsidRDefault="004A32F5"/>
        </w:tc>
      </w:tr>
      <w:tr w:rsidR="004A32F5" w14:paraId="781604F5" w14:textId="77777777"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15EFD999" w14:textId="77777777" w:rsidR="004A32F5" w:rsidRDefault="00000000">
            <w:r>
              <w:rPr>
                <w:b/>
                <w:sz w:val="19"/>
              </w:rPr>
              <w:t>Kontakt osoba</w:t>
            </w:r>
          </w:p>
        </w:tc>
        <w:tc>
          <w:tcPr>
            <w:tcW w:w="6236" w:type="dxa"/>
            <w:vAlign w:val="center"/>
          </w:tcPr>
          <w:p w14:paraId="2D7B8E7C" w14:textId="77777777" w:rsidR="004A32F5" w:rsidRDefault="004A32F5"/>
        </w:tc>
      </w:tr>
      <w:tr w:rsidR="004A32F5" w14:paraId="10D4DC2F" w14:textId="77777777"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7FC92A01" w14:textId="77777777" w:rsidR="004A32F5" w:rsidRDefault="00000000">
            <w:r>
              <w:rPr>
                <w:b/>
                <w:sz w:val="19"/>
              </w:rPr>
              <w:t>Telefon</w:t>
            </w:r>
          </w:p>
        </w:tc>
        <w:tc>
          <w:tcPr>
            <w:tcW w:w="6236" w:type="dxa"/>
            <w:vAlign w:val="center"/>
          </w:tcPr>
          <w:p w14:paraId="635D6411" w14:textId="77777777" w:rsidR="004A32F5" w:rsidRDefault="004A32F5"/>
        </w:tc>
      </w:tr>
      <w:tr w:rsidR="004A32F5" w14:paraId="3CE2DA24" w14:textId="77777777"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510FC227" w14:textId="77777777" w:rsidR="004A32F5" w:rsidRDefault="00000000">
            <w:r>
              <w:rPr>
                <w:b/>
                <w:sz w:val="19"/>
              </w:rPr>
              <w:t>E-mail</w:t>
            </w:r>
          </w:p>
        </w:tc>
        <w:tc>
          <w:tcPr>
            <w:tcW w:w="6236" w:type="dxa"/>
            <w:vAlign w:val="center"/>
          </w:tcPr>
          <w:p w14:paraId="64982C28" w14:textId="77777777" w:rsidR="004A32F5" w:rsidRDefault="004A32F5"/>
        </w:tc>
      </w:tr>
      <w:tr w:rsidR="004A32F5" w14:paraId="38C6B912" w14:textId="77777777"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65D76839" w14:textId="5B047DD3" w:rsidR="004A32F5" w:rsidRDefault="00000000">
            <w:proofErr w:type="spellStart"/>
            <w:r>
              <w:rPr>
                <w:b/>
                <w:sz w:val="19"/>
              </w:rPr>
              <w:t>Registrirana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djelatnost</w:t>
            </w:r>
            <w:proofErr w:type="spellEnd"/>
            <w:r w:rsidR="00491584">
              <w:rPr>
                <w:b/>
                <w:sz w:val="19"/>
              </w:rPr>
              <w:t xml:space="preserve"> </w:t>
            </w:r>
          </w:p>
        </w:tc>
        <w:tc>
          <w:tcPr>
            <w:tcW w:w="6236" w:type="dxa"/>
            <w:vAlign w:val="center"/>
          </w:tcPr>
          <w:p w14:paraId="13C6480C" w14:textId="77777777" w:rsidR="004A32F5" w:rsidRDefault="004A32F5"/>
        </w:tc>
      </w:tr>
      <w:tr w:rsidR="004A32F5" w14:paraId="791FC16A" w14:textId="77777777"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3AB6B0AB" w14:textId="77777777" w:rsidR="004A32F5" w:rsidRDefault="00000000">
            <w:r>
              <w:rPr>
                <w:b/>
                <w:sz w:val="19"/>
              </w:rPr>
              <w:t>Mjesto proizvodnje prijavljenih proizvoda</w:t>
            </w:r>
          </w:p>
        </w:tc>
        <w:tc>
          <w:tcPr>
            <w:tcW w:w="6236" w:type="dxa"/>
            <w:vAlign w:val="center"/>
          </w:tcPr>
          <w:p w14:paraId="0DA474C1" w14:textId="77777777" w:rsidR="004A32F5" w:rsidRDefault="004A32F5"/>
        </w:tc>
      </w:tr>
    </w:tbl>
    <w:p w14:paraId="41DAAFE8" w14:textId="77777777" w:rsidR="00491584" w:rsidRDefault="00491584">
      <w:pPr>
        <w:spacing w:after="40"/>
      </w:pPr>
    </w:p>
    <w:p w14:paraId="524BED47" w14:textId="275D3CF1" w:rsidR="004A32F5" w:rsidRDefault="00000000">
      <w:pPr>
        <w:spacing w:after="40"/>
      </w:pPr>
      <w:proofErr w:type="spellStart"/>
      <w:r>
        <w:t>Oblik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:   ☐ OPG   ☐ obrt   ☐ </w:t>
      </w:r>
      <w:proofErr w:type="spellStart"/>
      <w:r>
        <w:t>trgovačko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  ☐ zadruga   ☐ </w:t>
      </w:r>
      <w:proofErr w:type="spellStart"/>
      <w:r>
        <w:t>drugo</w:t>
      </w:r>
      <w:proofErr w:type="spellEnd"/>
      <w:r>
        <w:t>: __________________</w:t>
      </w:r>
    </w:p>
    <w:p w14:paraId="44623353" w14:textId="77777777" w:rsidR="00491584" w:rsidRDefault="00491584">
      <w:pPr>
        <w:pStyle w:val="Naslov1"/>
        <w:spacing w:before="180" w:after="80"/>
      </w:pPr>
    </w:p>
    <w:p w14:paraId="478D4D9E" w14:textId="5EE923DA" w:rsidR="009D57C2" w:rsidRPr="009D57C2" w:rsidRDefault="00000000" w:rsidP="009D57C2">
      <w:pPr>
        <w:pStyle w:val="Naslov1"/>
        <w:spacing w:before="180" w:after="80"/>
      </w:pPr>
      <w:r>
        <w:t>2. PODACI O PROIZVODIMA KOJI SE PRIJAVLJUJU</w:t>
      </w:r>
    </w:p>
    <w:p w14:paraId="6E6CCF8A" w14:textId="77777777" w:rsidR="004A32F5" w:rsidRDefault="00000000">
      <w:pPr>
        <w:spacing w:after="80"/>
      </w:pPr>
      <w:r>
        <w:t>U tablicu navedite proizvode koje predlažete za uključivanje u prodajni asortiman.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994"/>
        <w:gridCol w:w="1994"/>
        <w:gridCol w:w="2669"/>
        <w:gridCol w:w="1415"/>
      </w:tblGrid>
      <w:tr w:rsidR="00491584" w14:paraId="2849D7EA" w14:textId="77777777" w:rsidTr="009D57C2">
        <w:trPr>
          <w:jc w:val="center"/>
        </w:trPr>
        <w:tc>
          <w:tcPr>
            <w:tcW w:w="1994" w:type="dxa"/>
            <w:shd w:val="clear" w:color="auto" w:fill="E6E6E6"/>
            <w:vAlign w:val="center"/>
          </w:tcPr>
          <w:p w14:paraId="5F62C22A" w14:textId="77777777" w:rsidR="00491584" w:rsidRDefault="00491584">
            <w:proofErr w:type="spellStart"/>
            <w:r>
              <w:rPr>
                <w:b/>
                <w:sz w:val="19"/>
              </w:rPr>
              <w:t>Naziv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proizvoda</w:t>
            </w:r>
            <w:proofErr w:type="spellEnd"/>
          </w:p>
        </w:tc>
        <w:tc>
          <w:tcPr>
            <w:tcW w:w="1994" w:type="dxa"/>
            <w:shd w:val="clear" w:color="auto" w:fill="E6E6E6"/>
            <w:vAlign w:val="center"/>
          </w:tcPr>
          <w:p w14:paraId="6ABFA7C9" w14:textId="77777777" w:rsidR="00491584" w:rsidRDefault="00491584">
            <w:r>
              <w:rPr>
                <w:b/>
                <w:sz w:val="19"/>
              </w:rPr>
              <w:t>Kategorija</w:t>
            </w:r>
          </w:p>
        </w:tc>
        <w:tc>
          <w:tcPr>
            <w:tcW w:w="2669" w:type="dxa"/>
            <w:shd w:val="clear" w:color="auto" w:fill="E6E6E6"/>
            <w:vAlign w:val="center"/>
          </w:tcPr>
          <w:p w14:paraId="5594C4C0" w14:textId="77777777" w:rsidR="00491584" w:rsidRDefault="00491584">
            <w:r>
              <w:rPr>
                <w:b/>
                <w:sz w:val="19"/>
              </w:rPr>
              <w:t>Kratak opis</w:t>
            </w:r>
          </w:p>
        </w:tc>
        <w:tc>
          <w:tcPr>
            <w:tcW w:w="1319" w:type="dxa"/>
            <w:shd w:val="clear" w:color="auto" w:fill="E6E6E6"/>
            <w:vAlign w:val="center"/>
          </w:tcPr>
          <w:p w14:paraId="474CE7D2" w14:textId="77777777" w:rsidR="00491584" w:rsidRDefault="00491584">
            <w:r>
              <w:rPr>
                <w:b/>
                <w:sz w:val="19"/>
              </w:rPr>
              <w:t>Maloprodajna cijena</w:t>
            </w:r>
          </w:p>
        </w:tc>
      </w:tr>
      <w:tr w:rsidR="00491584" w14:paraId="6AC2DEB5" w14:textId="77777777" w:rsidTr="009D57C2">
        <w:trPr>
          <w:jc w:val="center"/>
        </w:trPr>
        <w:tc>
          <w:tcPr>
            <w:tcW w:w="1994" w:type="dxa"/>
            <w:vAlign w:val="center"/>
          </w:tcPr>
          <w:p w14:paraId="33ECEC5F" w14:textId="77777777" w:rsidR="00491584" w:rsidRDefault="00491584"/>
        </w:tc>
        <w:tc>
          <w:tcPr>
            <w:tcW w:w="1994" w:type="dxa"/>
            <w:vAlign w:val="center"/>
          </w:tcPr>
          <w:p w14:paraId="2334D37A" w14:textId="77777777" w:rsidR="00491584" w:rsidRDefault="00491584"/>
        </w:tc>
        <w:tc>
          <w:tcPr>
            <w:tcW w:w="2669" w:type="dxa"/>
            <w:vAlign w:val="center"/>
          </w:tcPr>
          <w:p w14:paraId="3CA1B66E" w14:textId="77777777" w:rsidR="00491584" w:rsidRDefault="00491584"/>
        </w:tc>
        <w:tc>
          <w:tcPr>
            <w:tcW w:w="1319" w:type="dxa"/>
            <w:vAlign w:val="center"/>
          </w:tcPr>
          <w:p w14:paraId="22E05BE6" w14:textId="77777777" w:rsidR="00491584" w:rsidRDefault="00491584"/>
        </w:tc>
      </w:tr>
      <w:tr w:rsidR="00491584" w14:paraId="786B36D7" w14:textId="77777777" w:rsidTr="009D57C2">
        <w:trPr>
          <w:jc w:val="center"/>
        </w:trPr>
        <w:tc>
          <w:tcPr>
            <w:tcW w:w="1994" w:type="dxa"/>
            <w:vAlign w:val="center"/>
          </w:tcPr>
          <w:p w14:paraId="50E6B5EC" w14:textId="77777777" w:rsidR="00491584" w:rsidRDefault="00491584"/>
        </w:tc>
        <w:tc>
          <w:tcPr>
            <w:tcW w:w="1994" w:type="dxa"/>
            <w:vAlign w:val="center"/>
          </w:tcPr>
          <w:p w14:paraId="3DDDF55A" w14:textId="77777777" w:rsidR="00491584" w:rsidRDefault="00491584"/>
        </w:tc>
        <w:tc>
          <w:tcPr>
            <w:tcW w:w="2669" w:type="dxa"/>
            <w:vAlign w:val="center"/>
          </w:tcPr>
          <w:p w14:paraId="071A56A4" w14:textId="77777777" w:rsidR="00491584" w:rsidRDefault="00491584"/>
        </w:tc>
        <w:tc>
          <w:tcPr>
            <w:tcW w:w="1319" w:type="dxa"/>
            <w:vAlign w:val="center"/>
          </w:tcPr>
          <w:p w14:paraId="187A75FF" w14:textId="77777777" w:rsidR="00491584" w:rsidRDefault="00491584"/>
        </w:tc>
      </w:tr>
      <w:tr w:rsidR="00491584" w14:paraId="0CEAAC3D" w14:textId="77777777" w:rsidTr="009D57C2">
        <w:trPr>
          <w:jc w:val="center"/>
        </w:trPr>
        <w:tc>
          <w:tcPr>
            <w:tcW w:w="1994" w:type="dxa"/>
            <w:vAlign w:val="center"/>
          </w:tcPr>
          <w:p w14:paraId="4423CC1E" w14:textId="77777777" w:rsidR="00491584" w:rsidRDefault="00491584"/>
        </w:tc>
        <w:tc>
          <w:tcPr>
            <w:tcW w:w="1994" w:type="dxa"/>
            <w:vAlign w:val="center"/>
          </w:tcPr>
          <w:p w14:paraId="2C5A7809" w14:textId="77777777" w:rsidR="00491584" w:rsidRDefault="00491584"/>
        </w:tc>
        <w:tc>
          <w:tcPr>
            <w:tcW w:w="2669" w:type="dxa"/>
            <w:vAlign w:val="center"/>
          </w:tcPr>
          <w:p w14:paraId="25BBC2A5" w14:textId="77777777" w:rsidR="00491584" w:rsidRDefault="00491584"/>
        </w:tc>
        <w:tc>
          <w:tcPr>
            <w:tcW w:w="1319" w:type="dxa"/>
            <w:vAlign w:val="center"/>
          </w:tcPr>
          <w:p w14:paraId="2F26F175" w14:textId="77777777" w:rsidR="00491584" w:rsidRDefault="00491584"/>
        </w:tc>
      </w:tr>
      <w:tr w:rsidR="00491584" w14:paraId="129ABF80" w14:textId="77777777" w:rsidTr="009D57C2">
        <w:trPr>
          <w:jc w:val="center"/>
        </w:trPr>
        <w:tc>
          <w:tcPr>
            <w:tcW w:w="1994" w:type="dxa"/>
            <w:vAlign w:val="center"/>
          </w:tcPr>
          <w:p w14:paraId="21DE53DD" w14:textId="77777777" w:rsidR="00491584" w:rsidRDefault="00491584"/>
        </w:tc>
        <w:tc>
          <w:tcPr>
            <w:tcW w:w="1994" w:type="dxa"/>
            <w:vAlign w:val="center"/>
          </w:tcPr>
          <w:p w14:paraId="6944057F" w14:textId="77777777" w:rsidR="00491584" w:rsidRDefault="00491584"/>
        </w:tc>
        <w:tc>
          <w:tcPr>
            <w:tcW w:w="2669" w:type="dxa"/>
            <w:vAlign w:val="center"/>
          </w:tcPr>
          <w:p w14:paraId="7193CC86" w14:textId="77777777" w:rsidR="00491584" w:rsidRDefault="00491584"/>
        </w:tc>
        <w:tc>
          <w:tcPr>
            <w:tcW w:w="1319" w:type="dxa"/>
            <w:vAlign w:val="center"/>
          </w:tcPr>
          <w:p w14:paraId="4E1A2664" w14:textId="77777777" w:rsidR="00491584" w:rsidRDefault="00491584"/>
        </w:tc>
      </w:tr>
      <w:tr w:rsidR="00491584" w14:paraId="7A9633C8" w14:textId="77777777" w:rsidTr="009D57C2">
        <w:trPr>
          <w:jc w:val="center"/>
        </w:trPr>
        <w:tc>
          <w:tcPr>
            <w:tcW w:w="1994" w:type="dxa"/>
            <w:vAlign w:val="center"/>
          </w:tcPr>
          <w:p w14:paraId="55B14D84" w14:textId="77777777" w:rsidR="00491584" w:rsidRDefault="00491584"/>
        </w:tc>
        <w:tc>
          <w:tcPr>
            <w:tcW w:w="1994" w:type="dxa"/>
            <w:vAlign w:val="center"/>
          </w:tcPr>
          <w:p w14:paraId="0DF7ADC1" w14:textId="77777777" w:rsidR="00491584" w:rsidRDefault="00491584"/>
        </w:tc>
        <w:tc>
          <w:tcPr>
            <w:tcW w:w="2669" w:type="dxa"/>
            <w:vAlign w:val="center"/>
          </w:tcPr>
          <w:p w14:paraId="71D16EB2" w14:textId="77777777" w:rsidR="00491584" w:rsidRDefault="00491584"/>
        </w:tc>
        <w:tc>
          <w:tcPr>
            <w:tcW w:w="1319" w:type="dxa"/>
            <w:vAlign w:val="center"/>
          </w:tcPr>
          <w:p w14:paraId="0A909B9A" w14:textId="77777777" w:rsidR="00491584" w:rsidRDefault="00491584"/>
        </w:tc>
      </w:tr>
    </w:tbl>
    <w:p w14:paraId="7AE8F99C" w14:textId="77777777" w:rsidR="00491584" w:rsidRDefault="00491584">
      <w:pPr>
        <w:spacing w:after="40"/>
      </w:pPr>
    </w:p>
    <w:p w14:paraId="7C09D946" w14:textId="15DBC5F4" w:rsidR="009D57C2" w:rsidRPr="009D57C2" w:rsidRDefault="009D57C2" w:rsidP="009D57C2">
      <w:pPr>
        <w:spacing w:after="80"/>
      </w:pPr>
      <w:proofErr w:type="spellStart"/>
      <w:r w:rsidRPr="009D57C2">
        <w:rPr>
          <w:b/>
          <w:bCs/>
        </w:rPr>
        <w:t>Napomena</w:t>
      </w:r>
      <w:proofErr w:type="spellEnd"/>
      <w:r w:rsidRPr="009D57C2">
        <w:rPr>
          <w:b/>
          <w:bCs/>
        </w:rPr>
        <w:t>:</w:t>
      </w:r>
      <w:r>
        <w:t xml:space="preserve"> </w:t>
      </w:r>
      <w:proofErr w:type="spellStart"/>
      <w:r>
        <w:t>Tablicu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prijavitelj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vlastiti</w:t>
      </w:r>
      <w:proofErr w:type="spellEnd"/>
      <w:r>
        <w:t xml:space="preserve"> </w:t>
      </w:r>
      <w:proofErr w:type="spellStart"/>
      <w:r>
        <w:t>cjenik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katalog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tražene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kategoriju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kratak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, </w:t>
      </w:r>
      <w:proofErr w:type="spellStart"/>
      <w:r>
        <w:t>maloprodajnu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>.</w:t>
      </w:r>
    </w:p>
    <w:p w14:paraId="20E13C4E" w14:textId="77777777" w:rsidR="009D57C2" w:rsidRDefault="009D57C2" w:rsidP="009D57C2">
      <w:pPr>
        <w:spacing w:after="80"/>
      </w:pPr>
      <w:r>
        <w:t xml:space="preserve">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je </w:t>
      </w:r>
      <w:proofErr w:type="spellStart"/>
      <w:r>
        <w:t>označiti</w:t>
      </w:r>
      <w:proofErr w:type="spellEnd"/>
      <w:r>
        <w:t>:</w:t>
      </w:r>
    </w:p>
    <w:p w14:paraId="7BD34922" w14:textId="77777777" w:rsidR="009D57C2" w:rsidRDefault="009D57C2" w:rsidP="009D57C2">
      <w:pPr>
        <w:spacing w:after="80"/>
      </w:pPr>
      <w:r w:rsidRPr="009D57C2">
        <w:t>☐</w:t>
      </w:r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prijavljenim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dostavljeni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priloženom</w:t>
      </w:r>
      <w:proofErr w:type="spellEnd"/>
      <w:r>
        <w:t xml:space="preserve"> </w:t>
      </w:r>
      <w:proofErr w:type="spellStart"/>
      <w:r>
        <w:t>cjeniku</w:t>
      </w:r>
      <w:proofErr w:type="spellEnd"/>
      <w:r>
        <w:t>/</w:t>
      </w:r>
      <w:proofErr w:type="spellStart"/>
      <w:r>
        <w:t>katalogu</w:t>
      </w:r>
      <w:proofErr w:type="spellEnd"/>
      <w:r>
        <w:t>.</w:t>
      </w:r>
    </w:p>
    <w:p w14:paraId="161D45C2" w14:textId="77777777" w:rsidR="009D57C2" w:rsidRDefault="009D57C2">
      <w:pPr>
        <w:spacing w:after="40"/>
      </w:pPr>
    </w:p>
    <w:p w14:paraId="6F4D7644" w14:textId="657A0BA2" w:rsidR="004A32F5" w:rsidRDefault="00000000">
      <w:pPr>
        <w:spacing w:after="40"/>
      </w:pPr>
      <w:proofErr w:type="spellStart"/>
      <w:r w:rsidRPr="00491584">
        <w:t>Dostupnost</w:t>
      </w:r>
      <w:proofErr w:type="spellEnd"/>
      <w:r w:rsidRPr="00491584">
        <w:t xml:space="preserve"> </w:t>
      </w:r>
      <w:proofErr w:type="spellStart"/>
      <w:r w:rsidRPr="00491584">
        <w:t>proizvoda</w:t>
      </w:r>
      <w:proofErr w:type="spellEnd"/>
      <w:r w:rsidRPr="00491584">
        <w:t xml:space="preserve">:   </w:t>
      </w:r>
      <w:r>
        <w:t xml:space="preserve">☐ </w:t>
      </w:r>
      <w:proofErr w:type="spellStart"/>
      <w:r>
        <w:t>kontinuirano</w:t>
      </w:r>
      <w:proofErr w:type="spellEnd"/>
      <w:r>
        <w:t xml:space="preserve"> </w:t>
      </w:r>
      <w:proofErr w:type="spellStart"/>
      <w:r>
        <w:t>tijekom</w:t>
      </w:r>
      <w:proofErr w:type="spellEnd"/>
      <w:r>
        <w:t xml:space="preserve"> </w:t>
      </w:r>
      <w:proofErr w:type="spellStart"/>
      <w:r>
        <w:t>cijele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  ☐ sezonski   ☐ povremeno / prema narudžbi</w:t>
      </w:r>
    </w:p>
    <w:p w14:paraId="2501A515" w14:textId="73A9A485" w:rsidR="00491584" w:rsidRDefault="00000000" w:rsidP="009D57C2">
      <w:r>
        <w:t xml:space="preserve">Ako je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sezonski</w:t>
      </w:r>
      <w:proofErr w:type="spellEnd"/>
      <w:r>
        <w:t xml:space="preserve">, </w:t>
      </w:r>
      <w:proofErr w:type="spellStart"/>
      <w:r>
        <w:t>navedite</w:t>
      </w:r>
      <w:proofErr w:type="spellEnd"/>
      <w:r>
        <w:t xml:space="preserve"> </w:t>
      </w:r>
      <w:proofErr w:type="spellStart"/>
      <w:r>
        <w:t>razdoblje</w:t>
      </w:r>
      <w:proofErr w:type="spellEnd"/>
      <w:r>
        <w:t xml:space="preserve"> </w:t>
      </w:r>
      <w:proofErr w:type="spellStart"/>
      <w:r>
        <w:t>dostupnosti</w:t>
      </w:r>
      <w:proofErr w:type="spellEnd"/>
      <w:r>
        <w:t>: ______________________________________________</w:t>
      </w:r>
    </w:p>
    <w:p w14:paraId="7F054A8C" w14:textId="7E7A04B5" w:rsidR="004A32F5" w:rsidRDefault="00000000">
      <w:pPr>
        <w:pStyle w:val="Naslov1"/>
        <w:spacing w:before="180" w:after="80"/>
      </w:pPr>
      <w:r>
        <w:lastRenderedPageBreak/>
        <w:t>3. LOKALNO PODRIJETLO I AUTENTIČNOST</w:t>
      </w:r>
    </w:p>
    <w:p w14:paraId="0909CAB5" w14:textId="77777777" w:rsidR="004A32F5" w:rsidRDefault="00000000">
      <w:r>
        <w:t>Ovi podaci služe za procjenu povezanosti proizvoda s Bjelovarom, Bjelovarsko-bilogorskom županijom i turističkom regijom.</w:t>
      </w:r>
    </w:p>
    <w:p w14:paraId="57B2402B" w14:textId="77777777" w:rsidR="004A32F5" w:rsidRDefault="00000000">
      <w:pPr>
        <w:spacing w:after="40"/>
      </w:pPr>
      <w:r>
        <w:t>Gdje se proizvod proizvodi / izrađuje?   ☐ Grad Bjelovar   ☐ Bjelovarsko-bilogorska županija   ☐ šira turistička regija   ☐ drugo: __________________</w:t>
      </w:r>
    </w:p>
    <w:p w14:paraId="2C353330" w14:textId="77777777" w:rsidR="00491584" w:rsidRDefault="00491584">
      <w:pPr>
        <w:spacing w:after="40"/>
      </w:pPr>
    </w:p>
    <w:p w14:paraId="4E2122DB" w14:textId="43E987BE" w:rsidR="004A32F5" w:rsidRDefault="00491584">
      <w:proofErr w:type="spellStart"/>
      <w:r>
        <w:t>Ukratko</w:t>
      </w:r>
      <w:proofErr w:type="spellEnd"/>
      <w:r>
        <w:t xml:space="preserve"> </w:t>
      </w:r>
      <w:proofErr w:type="spellStart"/>
      <w:r>
        <w:t>opišite</w:t>
      </w:r>
      <w:proofErr w:type="spellEnd"/>
      <w:r>
        <w:t xml:space="preserve"> </w:t>
      </w:r>
      <w:proofErr w:type="spellStart"/>
      <w:r>
        <w:t>lokalnu</w:t>
      </w:r>
      <w:proofErr w:type="spellEnd"/>
      <w:r>
        <w:t xml:space="preserve"> </w:t>
      </w:r>
      <w:proofErr w:type="spellStart"/>
      <w:r>
        <w:t>priču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(</w:t>
      </w:r>
      <w:proofErr w:type="spellStart"/>
      <w:r>
        <w:t>npr</w:t>
      </w:r>
      <w:proofErr w:type="spellEnd"/>
      <w:r>
        <w:t>. povezanost s Bjelovarom ili BBŽ, lokalnom tradicijom, običajima, recepturom, kulturnom baštinom, lokalnim motivima i sl.):</w:t>
      </w:r>
    </w:p>
    <w:p w14:paraId="684311C3" w14:textId="77777777" w:rsidR="004A32F5" w:rsidRDefault="00000000">
      <w:pPr>
        <w:spacing w:after="0"/>
      </w:pPr>
      <w:r>
        <w:t>________________________________________________________________________________</w:t>
      </w:r>
    </w:p>
    <w:p w14:paraId="700D41D9" w14:textId="77777777" w:rsidR="004A32F5" w:rsidRDefault="00000000">
      <w:pPr>
        <w:spacing w:after="0"/>
      </w:pPr>
      <w:r>
        <w:t>________________________________________________________________________________</w:t>
      </w:r>
    </w:p>
    <w:p w14:paraId="47A42422" w14:textId="77777777" w:rsidR="004A32F5" w:rsidRDefault="00000000">
      <w:pPr>
        <w:spacing w:after="0"/>
      </w:pPr>
      <w:r>
        <w:t>________________________________________________________________________________</w:t>
      </w:r>
    </w:p>
    <w:p w14:paraId="6BA6B8D5" w14:textId="77777777" w:rsidR="009D57C2" w:rsidRDefault="009D57C2">
      <w:pPr>
        <w:pStyle w:val="Naslov1"/>
        <w:spacing w:before="180" w:after="80"/>
      </w:pPr>
    </w:p>
    <w:p w14:paraId="7F0B0164" w14:textId="525A421A" w:rsidR="004A32F5" w:rsidRDefault="00000000">
      <w:pPr>
        <w:pStyle w:val="Naslov1"/>
        <w:spacing w:before="180" w:after="80"/>
      </w:pPr>
      <w:r>
        <w:t>4. KVALITETA I PRIKLADNOST ZA TURISTIČKU PRODAJU</w:t>
      </w:r>
    </w:p>
    <w:p w14:paraId="64415FBF" w14:textId="77777777" w:rsidR="004A32F5" w:rsidRDefault="00000000" w:rsidP="00491584">
      <w:pPr>
        <w:pStyle w:val="Odlomakpopisa"/>
        <w:numPr>
          <w:ilvl w:val="0"/>
          <w:numId w:val="10"/>
        </w:numPr>
        <w:spacing w:after="40" w:line="360" w:lineRule="auto"/>
      </w:pPr>
      <w:r>
        <w:t>Je li proizvod spreman za maloprodaju?   ☐ da   ☐ ne, potrebne su dodatne prilagodbe</w:t>
      </w:r>
    </w:p>
    <w:p w14:paraId="3B031D58" w14:textId="77777777" w:rsidR="004A32F5" w:rsidRDefault="00000000" w:rsidP="00491584">
      <w:pPr>
        <w:pStyle w:val="Odlomakpopisa"/>
        <w:numPr>
          <w:ilvl w:val="0"/>
          <w:numId w:val="10"/>
        </w:numPr>
        <w:spacing w:after="40" w:line="360" w:lineRule="auto"/>
      </w:pPr>
      <w:r>
        <w:t>Ima li proizvod prodajno pakiranje?   ☐ da   ☐ ne   ☐ nije primjenjivo</w:t>
      </w:r>
    </w:p>
    <w:p w14:paraId="01899596" w14:textId="77777777" w:rsidR="004A32F5" w:rsidRDefault="00000000" w:rsidP="00491584">
      <w:pPr>
        <w:pStyle w:val="Odlomakpopisa"/>
        <w:numPr>
          <w:ilvl w:val="0"/>
          <w:numId w:val="10"/>
        </w:numPr>
        <w:spacing w:after="40" w:line="360" w:lineRule="auto"/>
      </w:pPr>
      <w:r>
        <w:t>Ima li proizvod propisanu deklaraciju, ako je potrebna?   ☐ da   ☐ ne   ☐ nije primjenjivo</w:t>
      </w:r>
    </w:p>
    <w:p w14:paraId="163C3C17" w14:textId="77777777" w:rsidR="004A32F5" w:rsidRDefault="00000000" w:rsidP="00491584">
      <w:pPr>
        <w:pStyle w:val="Odlomakpopisa"/>
        <w:numPr>
          <w:ilvl w:val="0"/>
          <w:numId w:val="10"/>
        </w:numPr>
        <w:spacing w:after="40" w:line="360" w:lineRule="auto"/>
      </w:pPr>
      <w:r>
        <w:t>Je li na proizvodu / pakiranju istaknut proizvođač ili brend?   ☐ da   ☐ ne</w:t>
      </w:r>
    </w:p>
    <w:p w14:paraId="075770DA" w14:textId="77777777" w:rsidR="009D57C2" w:rsidRDefault="009D57C2" w:rsidP="00491584">
      <w:pPr>
        <w:pStyle w:val="Naslov1"/>
        <w:spacing w:before="180" w:after="80"/>
      </w:pPr>
    </w:p>
    <w:p w14:paraId="3A474A36" w14:textId="760DB7F7" w:rsidR="004A32F5" w:rsidRDefault="00000000" w:rsidP="00491584">
      <w:pPr>
        <w:pStyle w:val="Naslov1"/>
        <w:spacing w:before="180" w:after="80"/>
      </w:pPr>
      <w:r>
        <w:t>5. KAPACITET I MOGUĆNOST ISPORUKE</w:t>
      </w:r>
    </w:p>
    <w:p w14:paraId="5BF6D926" w14:textId="77777777" w:rsidR="004A32F5" w:rsidRDefault="00000000">
      <w:r>
        <w:t>Okvirna količina koju možete isporučiti mjesečno: _________________</w:t>
      </w:r>
      <w:proofErr w:type="gramStart"/>
      <w:r>
        <w:t>_  jedinica</w:t>
      </w:r>
      <w:proofErr w:type="gramEnd"/>
      <w:r>
        <w:t xml:space="preserve"> mjere: __________________</w:t>
      </w:r>
    </w:p>
    <w:p w14:paraId="27F57759" w14:textId="1876CD50" w:rsidR="004A32F5" w:rsidRDefault="00000000">
      <w:pPr>
        <w:spacing w:after="40"/>
      </w:pPr>
      <w:r>
        <w:t xml:space="preserve">Uobičajeni rok isporuke nakon narudžbe:   ☐ 1–3 radna dana   ☐ 4–7 radnih dana   ☐ 8–14 dana   ☐ više od </w:t>
      </w:r>
      <w:proofErr w:type="gramStart"/>
      <w:r>
        <w:t>1</w:t>
      </w:r>
      <w:r w:rsidR="00D24DFA">
        <w:t xml:space="preserve">5 </w:t>
      </w:r>
      <w:r>
        <w:t xml:space="preserve"> dana</w:t>
      </w:r>
      <w:proofErr w:type="gramEnd"/>
    </w:p>
    <w:p w14:paraId="0EF0646E" w14:textId="77777777" w:rsidR="004A32F5" w:rsidRDefault="00000000">
      <w:pPr>
        <w:spacing w:after="40"/>
      </w:pPr>
      <w:r>
        <w:t>Možete li osigurati dodatne količine u razdobljima povećane potražnje?   ☐ da   ☐ ne   ☐ ovisno o proizvodu</w:t>
      </w:r>
    </w:p>
    <w:p w14:paraId="3749944C" w14:textId="77777777" w:rsidR="004A32F5" w:rsidRDefault="00000000">
      <w:r>
        <w:t>Postoje li ograničenja u proizvodnji ili isporuci o kojima bismo trebali znati?</w:t>
      </w:r>
    </w:p>
    <w:p w14:paraId="1CCAF443" w14:textId="77777777" w:rsidR="004A32F5" w:rsidRDefault="00000000">
      <w:pPr>
        <w:spacing w:after="0"/>
      </w:pPr>
      <w:r>
        <w:t>________________________________________________________________________________</w:t>
      </w:r>
    </w:p>
    <w:p w14:paraId="31098136" w14:textId="77777777" w:rsidR="004A32F5" w:rsidRDefault="00000000">
      <w:pPr>
        <w:spacing w:after="0"/>
      </w:pPr>
      <w:r>
        <w:t>________________________________________________________________________________</w:t>
      </w:r>
    </w:p>
    <w:p w14:paraId="54AECA69" w14:textId="7E43C259" w:rsidR="004A32F5" w:rsidRDefault="00000000">
      <w:pPr>
        <w:pStyle w:val="Naslov1"/>
        <w:spacing w:before="180" w:after="80"/>
      </w:pPr>
      <w:r>
        <w:t>6. POSEBNE OZNAKE I ODRŽIVOST</w:t>
      </w:r>
    </w:p>
    <w:p w14:paraId="5097F729" w14:textId="77777777" w:rsidR="004A32F5" w:rsidRDefault="00000000">
      <w:pPr>
        <w:spacing w:after="40"/>
      </w:pPr>
      <w:r>
        <w:t>Posjeduje li proizvod/proizvođač neku od sljedećih oznaka ili certifikata?</w:t>
      </w:r>
    </w:p>
    <w:p w14:paraId="70F1B1A3" w14:textId="77777777" w:rsidR="004A32F5" w:rsidRDefault="00000000">
      <w:pPr>
        <w:spacing w:after="40"/>
      </w:pPr>
      <w:r>
        <w:t>☐ ekološki / eko certifikat     ☐ oznaka kvalitete     ☐ oznaka izvornosti / zemljopisnog podrijetla</w:t>
      </w:r>
    </w:p>
    <w:p w14:paraId="0338C0F1" w14:textId="77777777" w:rsidR="004A32F5" w:rsidRDefault="00000000">
      <w:pPr>
        <w:spacing w:after="40"/>
      </w:pPr>
      <w:r>
        <w:t>☐ oznaka tradicijskog proizvoda     ☐ druga oznaka/certifikat: __________________     ☐ nema posebnih oznaka/certifikata</w:t>
      </w:r>
    </w:p>
    <w:p w14:paraId="63A13673" w14:textId="1100A656" w:rsidR="004A32F5" w:rsidRDefault="00000000" w:rsidP="00491584">
      <w:pPr>
        <w:spacing w:after="40"/>
      </w:pPr>
      <w:proofErr w:type="spellStart"/>
      <w:r>
        <w:t>Koristite</w:t>
      </w:r>
      <w:proofErr w:type="spellEnd"/>
      <w:r>
        <w:t xml:space="preserve"> li </w:t>
      </w:r>
      <w:proofErr w:type="spellStart"/>
      <w:r>
        <w:t>održivu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prihvatljiviju</w:t>
      </w:r>
      <w:proofErr w:type="spellEnd"/>
      <w:r>
        <w:t xml:space="preserve"> </w:t>
      </w:r>
      <w:proofErr w:type="spellStart"/>
      <w:r>
        <w:t>ambalažu</w:t>
      </w:r>
      <w:proofErr w:type="spellEnd"/>
      <w:r>
        <w:t xml:space="preserve">?   ☐ da   ☐ djelomično   ☐ ne   ☐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primjenjivo</w:t>
      </w:r>
      <w:proofErr w:type="spellEnd"/>
    </w:p>
    <w:p w14:paraId="3AB2D75C" w14:textId="77777777" w:rsidR="004A32F5" w:rsidRDefault="00000000">
      <w:r>
        <w:t>Druge posebne značajke proizvoda:</w:t>
      </w:r>
    </w:p>
    <w:p w14:paraId="79FCB3D8" w14:textId="77777777" w:rsidR="004A32F5" w:rsidRDefault="00000000">
      <w:pPr>
        <w:spacing w:after="0"/>
      </w:pPr>
      <w:r>
        <w:t>________________________________________________________________________________</w:t>
      </w:r>
    </w:p>
    <w:p w14:paraId="6CE23339" w14:textId="409100E2" w:rsidR="00491584" w:rsidRDefault="00000000" w:rsidP="009D57C2">
      <w:pPr>
        <w:spacing w:after="0"/>
      </w:pPr>
      <w:r>
        <w:t>________________________________________________________________________________</w:t>
      </w:r>
    </w:p>
    <w:p w14:paraId="578D9EAB" w14:textId="41D98F46" w:rsidR="004A32F5" w:rsidRDefault="00000000">
      <w:pPr>
        <w:pStyle w:val="Naslov1"/>
        <w:spacing w:before="180" w:after="80"/>
      </w:pPr>
      <w:r>
        <w:lastRenderedPageBreak/>
        <w:t>7. ISKUSTVO, REFERENCE I PREZENTACIJA</w:t>
      </w:r>
    </w:p>
    <w:p w14:paraId="6F0CF1DE" w14:textId="77777777" w:rsidR="004A32F5" w:rsidRDefault="00000000">
      <w:pPr>
        <w:spacing w:after="40"/>
      </w:pPr>
      <w:r>
        <w:t>Gdje trenutno prodajete / predstavljate svoje proizvode?</w:t>
      </w:r>
    </w:p>
    <w:p w14:paraId="5EA7B321" w14:textId="77777777" w:rsidR="004A32F5" w:rsidRDefault="00000000">
      <w:pPr>
        <w:spacing w:after="40"/>
      </w:pPr>
      <w:r>
        <w:t>☐ vlastita prodajna lokacija   ☐ web trgovina   ☐ društvene mreže   ☐ trgovine / suvenirnice drugih poslovnih subjekata</w:t>
      </w:r>
    </w:p>
    <w:p w14:paraId="628FDEF7" w14:textId="77777777" w:rsidR="004A32F5" w:rsidRDefault="00000000">
      <w:pPr>
        <w:spacing w:after="40"/>
      </w:pPr>
      <w:r>
        <w:t>☐ sajmovi i manifestacije   ☐ turistički objekti   ☐ drugo: __________________   ☐ proizvod još nije u redovnoj prodaji</w:t>
      </w:r>
    </w:p>
    <w:p w14:paraId="44698BBD" w14:textId="57164AF1" w:rsidR="004A32F5" w:rsidRDefault="00000000">
      <w:proofErr w:type="spellStart"/>
      <w:r>
        <w:t>Navedite</w:t>
      </w:r>
      <w:proofErr w:type="spellEnd"/>
      <w:r>
        <w:t xml:space="preserve"> </w:t>
      </w:r>
      <w:proofErr w:type="spellStart"/>
      <w:r w:rsidR="00491584">
        <w:t>neke</w:t>
      </w:r>
      <w:proofErr w:type="spellEnd"/>
      <w:r>
        <w:t xml:space="preserve"> </w:t>
      </w:r>
      <w:proofErr w:type="spellStart"/>
      <w:r>
        <w:t>sajmove</w:t>
      </w:r>
      <w:proofErr w:type="spellEnd"/>
      <w:r>
        <w:t xml:space="preserve">, </w:t>
      </w:r>
      <w:proofErr w:type="spellStart"/>
      <w:r>
        <w:t>manifestacije</w:t>
      </w:r>
      <w:proofErr w:type="spellEnd"/>
      <w:r>
        <w:t xml:space="preserve">, </w:t>
      </w:r>
      <w:proofErr w:type="spellStart"/>
      <w:r>
        <w:t>turističke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prodajna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ste</w:t>
      </w:r>
      <w:proofErr w:type="spellEnd"/>
      <w:r>
        <w:t xml:space="preserve"> </w:t>
      </w:r>
      <w:proofErr w:type="spellStart"/>
      <w:r>
        <w:t>predstavljali</w:t>
      </w:r>
      <w:proofErr w:type="spellEnd"/>
      <w:r>
        <w:t>/</w:t>
      </w:r>
      <w:proofErr w:type="spellStart"/>
      <w:r>
        <w:t>prodavali</w:t>
      </w:r>
      <w:proofErr w:type="spellEnd"/>
      <w:r>
        <w:t xml:space="preserve"> </w:t>
      </w:r>
      <w:proofErr w:type="spellStart"/>
      <w:r>
        <w:t>proizvode</w:t>
      </w:r>
      <w:proofErr w:type="spellEnd"/>
      <w:r w:rsidR="00D24DFA">
        <w:t xml:space="preserve"> (</w:t>
      </w:r>
      <w:proofErr w:type="spellStart"/>
      <w:r w:rsidR="00D24DFA">
        <w:t>ako</w:t>
      </w:r>
      <w:proofErr w:type="spellEnd"/>
      <w:r w:rsidR="00D24DFA">
        <w:t xml:space="preserve"> je </w:t>
      </w:r>
      <w:proofErr w:type="spellStart"/>
      <w:r w:rsidR="00D24DFA">
        <w:t>primijenjivo</w:t>
      </w:r>
      <w:proofErr w:type="spellEnd"/>
      <w:r w:rsidR="00D24DFA">
        <w:t>)</w:t>
      </w:r>
      <w:r>
        <w:t>:</w:t>
      </w:r>
    </w:p>
    <w:p w14:paraId="20229B9E" w14:textId="77777777" w:rsidR="004A32F5" w:rsidRDefault="00000000">
      <w:pPr>
        <w:spacing w:after="0"/>
      </w:pPr>
      <w:r>
        <w:t>________________________________________________________________________________</w:t>
      </w:r>
    </w:p>
    <w:p w14:paraId="6AB8BA96" w14:textId="77777777" w:rsidR="004A32F5" w:rsidRDefault="00000000">
      <w:pPr>
        <w:spacing w:after="0"/>
      </w:pPr>
      <w:r>
        <w:t>________________________________________________________________________________</w:t>
      </w:r>
    </w:p>
    <w:p w14:paraId="4BDB038E" w14:textId="77777777" w:rsidR="004A32F5" w:rsidRDefault="00000000">
      <w:pPr>
        <w:spacing w:after="0"/>
      </w:pPr>
      <w:r>
        <w:t>________________________________________________________________________________</w:t>
      </w:r>
    </w:p>
    <w:p w14:paraId="01D1AA45" w14:textId="77777777" w:rsidR="00491584" w:rsidRDefault="00491584">
      <w:pPr>
        <w:spacing w:after="0"/>
      </w:pP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4A32F5" w14:paraId="2FB75257" w14:textId="77777777"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2C242A1D" w14:textId="77777777" w:rsidR="004A32F5" w:rsidRDefault="00000000">
            <w:r>
              <w:rPr>
                <w:b/>
                <w:sz w:val="19"/>
              </w:rPr>
              <w:t>Web stranica / web trgovina</w:t>
            </w:r>
          </w:p>
        </w:tc>
        <w:tc>
          <w:tcPr>
            <w:tcW w:w="6236" w:type="dxa"/>
            <w:vAlign w:val="center"/>
          </w:tcPr>
          <w:p w14:paraId="027077FA" w14:textId="77777777" w:rsidR="004A32F5" w:rsidRDefault="004A32F5"/>
        </w:tc>
      </w:tr>
      <w:tr w:rsidR="004A32F5" w14:paraId="5A90CB15" w14:textId="77777777"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26DEA701" w14:textId="77777777" w:rsidR="004A32F5" w:rsidRDefault="00000000">
            <w:proofErr w:type="spellStart"/>
            <w:r>
              <w:rPr>
                <w:b/>
                <w:sz w:val="19"/>
              </w:rPr>
              <w:t>Društvene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mreže</w:t>
            </w:r>
            <w:proofErr w:type="spellEnd"/>
          </w:p>
        </w:tc>
        <w:tc>
          <w:tcPr>
            <w:tcW w:w="6236" w:type="dxa"/>
            <w:vAlign w:val="center"/>
          </w:tcPr>
          <w:p w14:paraId="46B9A236" w14:textId="77777777" w:rsidR="004A32F5" w:rsidRDefault="004A32F5"/>
        </w:tc>
      </w:tr>
    </w:tbl>
    <w:p w14:paraId="36B7E304" w14:textId="77777777" w:rsidR="00491584" w:rsidRDefault="00491584"/>
    <w:p w14:paraId="7FCBB9D2" w14:textId="55E7BFDA" w:rsidR="004A32F5" w:rsidRDefault="00000000">
      <w:proofErr w:type="spellStart"/>
      <w:r>
        <w:t>Nagrade</w:t>
      </w:r>
      <w:proofErr w:type="spellEnd"/>
      <w:r>
        <w:t xml:space="preserve">, </w:t>
      </w:r>
      <w:proofErr w:type="spellStart"/>
      <w:r>
        <w:t>priznanja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relevantne reference, ako postoje:</w:t>
      </w:r>
    </w:p>
    <w:p w14:paraId="45A49B49" w14:textId="77777777" w:rsidR="004A32F5" w:rsidRDefault="00000000">
      <w:pPr>
        <w:spacing w:after="0"/>
      </w:pPr>
      <w:r>
        <w:t>________________________________________________________________________________</w:t>
      </w:r>
    </w:p>
    <w:p w14:paraId="56E60BDF" w14:textId="77777777" w:rsidR="004A32F5" w:rsidRDefault="00000000">
      <w:pPr>
        <w:spacing w:after="0"/>
      </w:pPr>
      <w:r>
        <w:t>________________________________________________________________________________</w:t>
      </w:r>
    </w:p>
    <w:p w14:paraId="57AB1E11" w14:textId="77777777" w:rsidR="00491584" w:rsidRDefault="00491584">
      <w:pPr>
        <w:pStyle w:val="Naslov1"/>
        <w:spacing w:before="180" w:after="80"/>
      </w:pPr>
      <w:r>
        <w:br w:type="page"/>
      </w:r>
    </w:p>
    <w:p w14:paraId="5262475F" w14:textId="6C0D5CB9" w:rsidR="004A32F5" w:rsidRDefault="00000000">
      <w:pPr>
        <w:pStyle w:val="Naslov1"/>
        <w:spacing w:before="180" w:after="80"/>
      </w:pPr>
      <w:r>
        <w:lastRenderedPageBreak/>
        <w:t>8. POPIS DOKUMENTACIJE UZ PRIJAVU</w:t>
      </w:r>
    </w:p>
    <w:p w14:paraId="1F58EDCB" w14:textId="77777777" w:rsidR="004A32F5" w:rsidRDefault="00000000">
      <w:r>
        <w:t>Označite dokumentaciju koju prilažete:</w:t>
      </w:r>
    </w:p>
    <w:p w14:paraId="31A735E6" w14:textId="77777777" w:rsidR="004A32F5" w:rsidRDefault="00000000">
      <w:pPr>
        <w:spacing w:after="40"/>
      </w:pPr>
      <w:r>
        <w:t>☐ ispunjen i potpisan Prilog 1 – Prijavni obrazac</w:t>
      </w:r>
    </w:p>
    <w:p w14:paraId="76CB9863" w14:textId="77777777" w:rsidR="004A32F5" w:rsidRDefault="00000000">
      <w:pPr>
        <w:spacing w:after="40"/>
      </w:pPr>
      <w:r>
        <w:t>☐ dokaz o registraciji ili drugi odgovarajući dokaz o ovlaštenju za proizvodnju/prodaju</w:t>
      </w:r>
    </w:p>
    <w:p w14:paraId="7BA1F404" w14:textId="77777777" w:rsidR="004A32F5" w:rsidRDefault="00000000">
      <w:pPr>
        <w:spacing w:after="40"/>
      </w:pPr>
      <w:r>
        <w:t>☐ popis proizvoda i aktualni cjenik</w:t>
      </w:r>
    </w:p>
    <w:p w14:paraId="1F9E0FDF" w14:textId="77777777" w:rsidR="004A32F5" w:rsidRDefault="00000000">
      <w:pPr>
        <w:spacing w:after="40"/>
      </w:pPr>
      <w:r>
        <w:t xml:space="preserve">☐ </w:t>
      </w:r>
      <w:proofErr w:type="spellStart"/>
      <w:r>
        <w:t>deklaracije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gdje</w:t>
      </w:r>
      <w:proofErr w:type="spellEnd"/>
      <w:r>
        <w:t xml:space="preserve"> je primjenjivo</w:t>
      </w:r>
    </w:p>
    <w:p w14:paraId="0DD3A38C" w14:textId="77777777" w:rsidR="004A32F5" w:rsidRDefault="00000000">
      <w:pPr>
        <w:spacing w:after="40"/>
      </w:pPr>
      <w:r>
        <w:t>☐ certifikati, oznake ili drugi dokazi o posebnim značajkama proizvoda, ako postoje</w:t>
      </w:r>
    </w:p>
    <w:p w14:paraId="4ACF1AED" w14:textId="5AAD4B90" w:rsidR="00491584" w:rsidRDefault="00000000" w:rsidP="00491584">
      <w:pPr>
        <w:spacing w:after="40"/>
      </w:pPr>
      <w:r>
        <w:t>☐ ostalo: __________________________________________________________________________</w:t>
      </w:r>
    </w:p>
    <w:p w14:paraId="7AB77DBC" w14:textId="77777777" w:rsidR="00875700" w:rsidRDefault="00875700" w:rsidP="00491584">
      <w:pPr>
        <w:spacing w:after="40"/>
      </w:pPr>
    </w:p>
    <w:p w14:paraId="24978EBB" w14:textId="2BDD408B" w:rsidR="00875700" w:rsidRDefault="00875700" w:rsidP="00491584">
      <w:pPr>
        <w:spacing w:after="40"/>
      </w:pPr>
      <w:proofErr w:type="spellStart"/>
      <w:r w:rsidRPr="00875700">
        <w:rPr>
          <w:b/>
          <w:bCs/>
        </w:rPr>
        <w:t>Napomena</w:t>
      </w:r>
      <w:proofErr w:type="spellEnd"/>
      <w:r>
        <w:t xml:space="preserve">: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poslati</w:t>
      </w:r>
      <w:proofErr w:type="spellEnd"/>
      <w:r>
        <w:t xml:space="preserve"> u PDF </w:t>
      </w:r>
      <w:proofErr w:type="spellStart"/>
      <w:r>
        <w:t>pormatu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maila</w:t>
      </w:r>
      <w:proofErr w:type="spellEnd"/>
      <w:r>
        <w:t xml:space="preserve"> u </w:t>
      </w:r>
      <w:proofErr w:type="spellStart"/>
      <w:r>
        <w:t>navedenom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>.</w:t>
      </w:r>
    </w:p>
    <w:p w14:paraId="2E59B4AC" w14:textId="062DBCC6" w:rsidR="00491584" w:rsidRDefault="00491584">
      <w:pPr>
        <w:pStyle w:val="Naslov1"/>
        <w:spacing w:before="180" w:after="80"/>
      </w:pPr>
    </w:p>
    <w:p w14:paraId="30E7C0AB" w14:textId="4538C7E7" w:rsidR="004A32F5" w:rsidRDefault="00000000">
      <w:pPr>
        <w:pStyle w:val="Naslov1"/>
        <w:spacing w:before="180" w:after="80"/>
      </w:pPr>
      <w:r>
        <w:t>9. IZJAVA PRIJAVITELJA</w:t>
      </w:r>
    </w:p>
    <w:p w14:paraId="45D73BE9" w14:textId="77777777" w:rsidR="004A32F5" w:rsidRDefault="00000000">
      <w:r>
        <w:t xml:space="preserve">Potpisom ovog obrasca potvrđujem da su svi podaci navedeni u prijavi istiniti i potpuni, da sam registriran/a odnosno ovlašten/a za proizvodnju i/ili stavljanje na tržište prijavljenih proizvoda te da ću na zahtjev dostaviti dokumentaciju potrebnu za provjeru zakonitosti prodaje. Prihvaćam uvjete Javnog poziva i razumijem da podnošenje prijave ne jamči uključivanje proizvoda u prodajni asortiman. U slučaju prihvaćanja prijave spreman/spremna sam urediti komercijalne i operativne uvjete prodaje s Pro konzalting d.o.o.,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ugovorno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subjektom</w:t>
      </w:r>
      <w:proofErr w:type="spellEnd"/>
      <w:r>
        <w:t>.</w:t>
      </w:r>
    </w:p>
    <w:p w14:paraId="4C529BC2" w14:textId="07A4727D" w:rsidR="00D24DFA" w:rsidRDefault="00D24DFA"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prihvaćanja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suglasni</w:t>
      </w:r>
      <w:proofErr w:type="spellEnd"/>
      <w:r>
        <w:t xml:space="preserve"> </w:t>
      </w:r>
      <w:proofErr w:type="spellStart"/>
      <w:r>
        <w:t>smo</w:t>
      </w:r>
      <w:proofErr w:type="spellEnd"/>
      <w:r>
        <w:t xml:space="preserve"> da se </w:t>
      </w:r>
      <w:proofErr w:type="spellStart"/>
      <w:r>
        <w:t>naši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objave</w:t>
      </w:r>
      <w:proofErr w:type="spellEnd"/>
      <w:r>
        <w:t>.</w:t>
      </w:r>
    </w:p>
    <w:p w14:paraId="6D2220AD" w14:textId="77777777" w:rsidR="004A32F5" w:rsidRDefault="004A32F5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4A32F5" w14:paraId="33755A00" w14:textId="77777777">
        <w:trPr>
          <w:jc w:val="center"/>
        </w:trPr>
        <w:tc>
          <w:tcPr>
            <w:tcW w:w="4986" w:type="dxa"/>
            <w:shd w:val="clear" w:color="auto" w:fill="F2F2F2"/>
            <w:vAlign w:val="center"/>
          </w:tcPr>
          <w:p w14:paraId="514C6E2E" w14:textId="77777777" w:rsidR="004A32F5" w:rsidRDefault="00000000">
            <w:r>
              <w:rPr>
                <w:b/>
                <w:sz w:val="19"/>
              </w:rPr>
              <w:t>Mjesto i datum</w:t>
            </w:r>
          </w:p>
        </w:tc>
        <w:tc>
          <w:tcPr>
            <w:tcW w:w="4986" w:type="dxa"/>
            <w:shd w:val="clear" w:color="auto" w:fill="F2F2F2"/>
            <w:vAlign w:val="center"/>
          </w:tcPr>
          <w:p w14:paraId="7C2BB2C0" w14:textId="77777777" w:rsidR="004A32F5" w:rsidRDefault="00000000">
            <w:r>
              <w:rPr>
                <w:b/>
                <w:sz w:val="19"/>
              </w:rPr>
              <w:t>Potpis / pečat</w:t>
            </w:r>
          </w:p>
        </w:tc>
      </w:tr>
      <w:tr w:rsidR="004A32F5" w14:paraId="06B33FF6" w14:textId="77777777">
        <w:trPr>
          <w:jc w:val="center"/>
        </w:trPr>
        <w:tc>
          <w:tcPr>
            <w:tcW w:w="4986" w:type="dxa"/>
            <w:vAlign w:val="center"/>
          </w:tcPr>
          <w:p w14:paraId="380A7B35" w14:textId="77777777" w:rsidR="004A32F5" w:rsidRDefault="00000000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4986" w:type="dxa"/>
            <w:vAlign w:val="center"/>
          </w:tcPr>
          <w:p w14:paraId="0525657E" w14:textId="77777777" w:rsidR="004A32F5" w:rsidRDefault="00000000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</w:tbl>
    <w:p w14:paraId="25A961CA" w14:textId="77777777" w:rsidR="004A32F5" w:rsidRDefault="004A32F5"/>
    <w:p w14:paraId="6E19364E" w14:textId="5C1302C6" w:rsidR="004A32F5" w:rsidRDefault="004A32F5"/>
    <w:sectPr w:rsidR="004A32F5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FA2A4" w14:textId="77777777" w:rsidR="00795486" w:rsidRDefault="00795486">
      <w:pPr>
        <w:spacing w:after="0" w:line="240" w:lineRule="auto"/>
      </w:pPr>
      <w:r>
        <w:separator/>
      </w:r>
    </w:p>
  </w:endnote>
  <w:endnote w:type="continuationSeparator" w:id="0">
    <w:p w14:paraId="0CEFC6C4" w14:textId="77777777" w:rsidR="00795486" w:rsidRDefault="00795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48F03" w14:textId="7F166CD2" w:rsidR="004A32F5" w:rsidRDefault="00000000">
    <w:pPr>
      <w:pStyle w:val="Podnoje"/>
      <w:jc w:val="center"/>
    </w:pPr>
    <w:r>
      <w:rPr>
        <w:sz w:val="16"/>
      </w:rPr>
      <w:t xml:space="preserve">PRILOG 1 – </w:t>
    </w:r>
    <w:proofErr w:type="spellStart"/>
    <w:r>
      <w:rPr>
        <w:sz w:val="16"/>
      </w:rPr>
      <w:t>Prijavni</w:t>
    </w:r>
    <w:proofErr w:type="spellEnd"/>
    <w:r>
      <w:rPr>
        <w:sz w:val="16"/>
      </w:rPr>
      <w:t xml:space="preserve"> obrazac | </w:t>
    </w:r>
    <w:r w:rsidR="00CA3766">
      <w:rPr>
        <w:sz w:val="16"/>
      </w:rPr>
      <w:t>GSRP</w:t>
    </w:r>
    <w:r>
      <w:rPr>
        <w:sz w:val="16"/>
      </w:rPr>
      <w:t xml:space="preserve"> Wellovar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30E0C" w14:textId="77777777" w:rsidR="00795486" w:rsidRDefault="00795486">
      <w:pPr>
        <w:spacing w:after="0" w:line="240" w:lineRule="auto"/>
      </w:pPr>
      <w:r>
        <w:separator/>
      </w:r>
    </w:p>
  </w:footnote>
  <w:footnote w:type="continuationSeparator" w:id="0">
    <w:p w14:paraId="4FD696B0" w14:textId="77777777" w:rsidR="00795486" w:rsidRDefault="007954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8FA3453"/>
    <w:multiLevelType w:val="hybridMultilevel"/>
    <w:tmpl w:val="28FCA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100559">
    <w:abstractNumId w:val="8"/>
  </w:num>
  <w:num w:numId="2" w16cid:durableId="403530297">
    <w:abstractNumId w:val="6"/>
  </w:num>
  <w:num w:numId="3" w16cid:durableId="134374777">
    <w:abstractNumId w:val="5"/>
  </w:num>
  <w:num w:numId="4" w16cid:durableId="771558990">
    <w:abstractNumId w:val="4"/>
  </w:num>
  <w:num w:numId="5" w16cid:durableId="30880015">
    <w:abstractNumId w:val="7"/>
  </w:num>
  <w:num w:numId="6" w16cid:durableId="250244155">
    <w:abstractNumId w:val="3"/>
  </w:num>
  <w:num w:numId="7" w16cid:durableId="669990376">
    <w:abstractNumId w:val="2"/>
  </w:num>
  <w:num w:numId="8" w16cid:durableId="1617329748">
    <w:abstractNumId w:val="1"/>
  </w:num>
  <w:num w:numId="9" w16cid:durableId="1853646034">
    <w:abstractNumId w:val="0"/>
  </w:num>
  <w:num w:numId="10" w16cid:durableId="12527373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1584"/>
    <w:rsid w:val="004A32F5"/>
    <w:rsid w:val="004A544A"/>
    <w:rsid w:val="00716E22"/>
    <w:rsid w:val="00795486"/>
    <w:rsid w:val="00875700"/>
    <w:rsid w:val="009D57C2"/>
    <w:rsid w:val="00AA1D8D"/>
    <w:rsid w:val="00B458EE"/>
    <w:rsid w:val="00B47730"/>
    <w:rsid w:val="00C91D4D"/>
    <w:rsid w:val="00CA3766"/>
    <w:rsid w:val="00CB0664"/>
    <w:rsid w:val="00D24DFA"/>
    <w:rsid w:val="00DB0A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DAECF3"/>
  <w14:defaultImageDpi w14:val="300"/>
  <w15:docId w15:val="{364A1F17-429F-0B4A-9D05-6623660C3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Normal"/>
    <w:rsid w:val="009D5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styleId="StandardWeb">
    <w:name w:val="Normal (Web)"/>
    <w:basedOn w:val="Normal"/>
    <w:uiPriority w:val="99"/>
    <w:semiHidden/>
    <w:unhideWhenUsed/>
    <w:rsid w:val="009D5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adela zobundžija</cp:lastModifiedBy>
  <cp:revision>2</cp:revision>
  <dcterms:created xsi:type="dcterms:W3CDTF">2026-09-14T11:41:00Z</dcterms:created>
  <dcterms:modified xsi:type="dcterms:W3CDTF">2026-09-14T11:41:00Z</dcterms:modified>
  <cp:category/>
</cp:coreProperties>
</file>